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1387" w:type="dxa"/>
        <w:tblLayout w:type="fixed"/>
        <w:tblLook w:val="01E0" w:firstRow="1" w:lastRow="1" w:firstColumn="1" w:lastColumn="1" w:noHBand="0" w:noVBand="0"/>
      </w:tblPr>
      <w:tblGrid>
        <w:gridCol w:w="7284"/>
      </w:tblGrid>
      <w:tr w:rsidR="00246D6B" w:rsidRPr="00246D6B" w14:paraId="2551A800" w14:textId="77777777" w:rsidTr="00266DFB">
        <w:trPr>
          <w:trHeight w:val="1125"/>
        </w:trPr>
        <w:tc>
          <w:tcPr>
            <w:tcW w:w="7284" w:type="dxa"/>
          </w:tcPr>
          <w:p w14:paraId="35B0B1AA" w14:textId="77777777" w:rsidR="00246D6B" w:rsidRPr="00246D6B" w:rsidRDefault="00246D6B" w:rsidP="00246D6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00962425"/>
          </w:p>
          <w:p w14:paraId="6DEC0616" w14:textId="2CB4EC7A" w:rsidR="00246D6B" w:rsidRDefault="00246D6B" w:rsidP="00266D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D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AMBITO TERRITORIALE SOCIALE DI </w:t>
            </w:r>
            <w:bookmarkEnd w:id="0"/>
            <w:r w:rsidR="00266DFB">
              <w:rPr>
                <w:rFonts w:ascii="Times New Roman" w:hAnsi="Times New Roman" w:cs="Times New Roman"/>
                <w:b/>
                <w:sz w:val="24"/>
                <w:szCs w:val="24"/>
              </w:rPr>
              <w:t>MONTALTO UFFUGO</w:t>
            </w:r>
            <w:r w:rsidRPr="00246D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</w:p>
          <w:p w14:paraId="5059EFCF" w14:textId="65FB7946" w:rsidR="00453883" w:rsidRPr="00246D6B" w:rsidRDefault="00453883" w:rsidP="00246D6B">
            <w:pPr>
              <w:adjustRightInd w:val="0"/>
              <w:spacing w:after="0" w:line="240" w:lineRule="auto"/>
              <w:ind w:right="-1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6D6B" w:rsidRPr="00246D6B" w14:paraId="42054B60" w14:textId="77777777" w:rsidTr="00266DFB">
        <w:trPr>
          <w:trHeight w:val="533"/>
        </w:trPr>
        <w:tc>
          <w:tcPr>
            <w:tcW w:w="7284" w:type="dxa"/>
          </w:tcPr>
          <w:p w14:paraId="48A6CCA2" w14:textId="77777777" w:rsidR="00246D6B" w:rsidRPr="00246D6B" w:rsidRDefault="00246D6B" w:rsidP="00246D6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D6B">
              <w:rPr>
                <w:rFonts w:ascii="Times New Roman" w:hAnsi="Times New Roman" w:cs="Times New Roman"/>
                <w:b/>
                <w:sz w:val="24"/>
                <w:szCs w:val="24"/>
              </w:rPr>
              <w:t>UFFICIO DI PIANO</w:t>
            </w:r>
          </w:p>
        </w:tc>
      </w:tr>
    </w:tbl>
    <w:p w14:paraId="680D20B8" w14:textId="77777777" w:rsidR="00246D6B" w:rsidRDefault="0073467E">
      <w:pPr>
        <w:jc w:val="center"/>
        <w:rPr>
          <w:b/>
          <w:sz w:val="24"/>
        </w:rPr>
      </w:pPr>
      <w:r>
        <w:rPr>
          <w:b/>
          <w:sz w:val="24"/>
        </w:rPr>
        <w:t>MODELLO DI DOMANDA</w:t>
      </w:r>
    </w:p>
    <w:p w14:paraId="111C0133" w14:textId="45E2AC84" w:rsidR="00105E6C" w:rsidRPr="0079703C" w:rsidRDefault="0073467E">
      <w:pPr>
        <w:jc w:val="center"/>
        <w:rPr>
          <w:b/>
          <w:sz w:val="24"/>
        </w:rPr>
      </w:pPr>
      <w:r>
        <w:rPr>
          <w:b/>
          <w:sz w:val="24"/>
        </w:rPr>
        <w:br/>
        <w:t>ACCESSO AL SERVIZIO DI ASSISTENZA DOMICILIARE SOCIO-ASSISTENZIALE (SAD)</w:t>
      </w:r>
      <w:r>
        <w:rPr>
          <w:b/>
          <w:sz w:val="24"/>
        </w:rPr>
        <w:br/>
        <w:t xml:space="preserve">QSFP – ANNUALITÀ </w:t>
      </w:r>
      <w:r w:rsidR="0079703C">
        <w:rPr>
          <w:b/>
          <w:sz w:val="24"/>
        </w:rPr>
        <w:t>2023</w:t>
      </w:r>
      <w:r>
        <w:rPr>
          <w:b/>
          <w:sz w:val="24"/>
        </w:rPr>
        <w:t xml:space="preserve"> – CUP </w:t>
      </w:r>
      <w:r w:rsidR="0079703C" w:rsidRPr="0079703C">
        <w:rPr>
          <w:b/>
          <w:sz w:val="24"/>
        </w:rPr>
        <w:t>H19G25000180001</w:t>
      </w:r>
    </w:p>
    <w:p w14:paraId="1261F416" w14:textId="77777777" w:rsidR="00246D6B" w:rsidRPr="0079703C" w:rsidRDefault="00246D6B" w:rsidP="0079703C">
      <w:pPr>
        <w:jc w:val="center"/>
        <w:rPr>
          <w:b/>
          <w:sz w:val="24"/>
        </w:rPr>
      </w:pPr>
    </w:p>
    <w:p w14:paraId="7A66A916" w14:textId="5EFFB224" w:rsidR="00105E6C" w:rsidRDefault="0073467E" w:rsidP="00246D6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>ALL’UFFICIO PROTOCOLLO DEL COMUNE DI __________________________</w:t>
      </w:r>
    </w:p>
    <w:p w14:paraId="2F154B8A" w14:textId="77777777" w:rsidR="00246D6B" w:rsidRPr="00246D6B" w:rsidRDefault="00246D6B" w:rsidP="00246D6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71AD99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/a __________________________________________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nato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/a a __________________________ il __________, C.F. ______________________________,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residente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in __________________________, via/piazza ______________________________ n. ___, tel. __________________, e-mail/PEC ______________________________</w:t>
      </w:r>
    </w:p>
    <w:p w14:paraId="571DA31E" w14:textId="77777777" w:rsidR="00105E6C" w:rsidRPr="00246D6B" w:rsidRDefault="0073467E" w:rsidP="00246D6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27079C41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6D6B">
        <w:rPr>
          <w:rFonts w:ascii="Times New Roman" w:hAnsi="Times New Roman" w:cs="Times New Roman"/>
          <w:sz w:val="24"/>
          <w:szCs w:val="24"/>
        </w:rPr>
        <w:t>l’ammissione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Servizio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Assistenza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Domiciliare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Socio-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Assistenziale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(SAD):</w:t>
      </w:r>
    </w:p>
    <w:p w14:paraId="6A0221BB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per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stesso/a</w:t>
      </w:r>
    </w:p>
    <w:p w14:paraId="6ED50502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>□ per il/la Sig./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Sig.ra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________________________________________, in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qualità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__________________________,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nato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/a a __________________ il __________, C.F. ______________________________,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residente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in ______________________________.</w:t>
      </w:r>
    </w:p>
    <w:p w14:paraId="7D2E0426" w14:textId="77777777" w:rsidR="00105E6C" w:rsidRPr="00246D6B" w:rsidRDefault="0073467E" w:rsidP="00246D6B">
      <w:pPr>
        <w:spacing w:before="140" w:after="1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>DICHIARA, AI SENSI DEL D.P.R. 445/2000</w:t>
      </w:r>
    </w:p>
    <w:p w14:paraId="696231B2" w14:textId="273BA398" w:rsidR="00105E6C" w:rsidRPr="00246D6B" w:rsidRDefault="0073467E" w:rsidP="00246D6B">
      <w:pPr>
        <w:spacing w:line="276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 xml:space="preserve">•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beneficiario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risiede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in uno dei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Comuni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dell’ATS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r w:rsidR="00810180">
        <w:rPr>
          <w:rFonts w:ascii="Times New Roman" w:hAnsi="Times New Roman" w:cs="Times New Roman"/>
          <w:sz w:val="24"/>
          <w:szCs w:val="24"/>
        </w:rPr>
        <w:t xml:space="preserve">Montalto </w:t>
      </w:r>
      <w:proofErr w:type="spellStart"/>
      <w:r w:rsidR="00810180">
        <w:rPr>
          <w:rFonts w:ascii="Times New Roman" w:hAnsi="Times New Roman" w:cs="Times New Roman"/>
          <w:sz w:val="24"/>
          <w:szCs w:val="24"/>
        </w:rPr>
        <w:t>Uffugo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vive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presso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il proprio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domicilio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;</w:t>
      </w:r>
    </w:p>
    <w:p w14:paraId="7719584C" w14:textId="77777777" w:rsidR="00105E6C" w:rsidRPr="00246D6B" w:rsidRDefault="0073467E" w:rsidP="00246D6B">
      <w:pPr>
        <w:spacing w:line="276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 xml:space="preserve">•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beneficiario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non è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stabilmente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ospitato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struttura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residenziale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;</w:t>
      </w:r>
    </w:p>
    <w:p w14:paraId="225D4543" w14:textId="77777777" w:rsidR="00105E6C" w:rsidRPr="00246D6B" w:rsidRDefault="0073467E" w:rsidP="00246D6B">
      <w:pPr>
        <w:spacing w:line="276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 xml:space="preserve">•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sussiste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bisogno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assistenza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domiciliare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connesso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ridotta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autonomia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fragilità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difficoltà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nelle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attività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quotidiane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insufficienza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della rete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sostegno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;</w:t>
      </w:r>
    </w:p>
    <w:p w14:paraId="6F36D34F" w14:textId="77777777" w:rsidR="00105E6C" w:rsidRPr="00246D6B" w:rsidRDefault="0073467E" w:rsidP="00246D6B">
      <w:pPr>
        <w:spacing w:line="276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246D6B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beneficiario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dell’Assegno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Inclusione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AdI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):  □ SÌ  □ NO;</w:t>
      </w:r>
    </w:p>
    <w:p w14:paraId="255571D7" w14:textId="77777777" w:rsidR="00105E6C" w:rsidRPr="00246D6B" w:rsidRDefault="0073467E" w:rsidP="00246D6B">
      <w:pPr>
        <w:spacing w:line="276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246D6B">
        <w:rPr>
          <w:rFonts w:ascii="Times New Roman" w:hAnsi="Times New Roman" w:cs="Times New Roman"/>
          <w:sz w:val="24"/>
          <w:szCs w:val="24"/>
        </w:rPr>
        <w:t xml:space="preserve">se NON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beneficiario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AdI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possedere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attestazione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ISEE in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corso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validità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pari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 euro __________________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comunque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superiore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 euro 10.140,00;</w:t>
      </w:r>
    </w:p>
    <w:p w14:paraId="59FD0D8F" w14:textId="77777777" w:rsidR="00105E6C" w:rsidRPr="00246D6B" w:rsidRDefault="0073467E" w:rsidP="00246D6B">
      <w:pPr>
        <w:spacing w:line="276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246D6B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alla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valutazione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Servizio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Professionale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alla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definizione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del Piano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Assistenziale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Individualizzato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(PAI);</w:t>
      </w:r>
    </w:p>
    <w:p w14:paraId="5BFE1997" w14:textId="77777777" w:rsidR="00105E6C" w:rsidRPr="00246D6B" w:rsidRDefault="0073467E" w:rsidP="00246D6B">
      <w:pPr>
        <w:spacing w:line="276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• </w:t>
      </w:r>
      <w:r w:rsidRPr="00246D6B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consapevole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servizio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è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gratuito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non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diritto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somme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denaro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comprende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esclusivamente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prestazioni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SAD autorizzate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nel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PAI;</w:t>
      </w:r>
    </w:p>
    <w:p w14:paraId="3E288C40" w14:textId="77777777" w:rsidR="00105E6C" w:rsidRPr="00246D6B" w:rsidRDefault="0073467E" w:rsidP="00246D6B">
      <w:pPr>
        <w:spacing w:line="276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246D6B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fruire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seguenti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altri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servizi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benefici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pubblici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connessi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all’assistenza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: __________________________________________________________  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nessuno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;</w:t>
      </w:r>
    </w:p>
    <w:p w14:paraId="34993749" w14:textId="77777777" w:rsidR="00105E6C" w:rsidRPr="00246D6B" w:rsidRDefault="0073467E" w:rsidP="00246D6B">
      <w:pPr>
        <w:spacing w:line="276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246D6B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consapevole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non è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ammessa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duplicazione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sulle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medesime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ore o per le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medesime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prestazioni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interventi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già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finanziati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altre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risorse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pubbliche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;</w:t>
      </w:r>
    </w:p>
    <w:p w14:paraId="74EAC2A9" w14:textId="77777777" w:rsidR="00105E6C" w:rsidRPr="00246D6B" w:rsidRDefault="0073467E" w:rsidP="00246D6B">
      <w:pPr>
        <w:spacing w:line="276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246D6B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impegnarsi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tempestivamente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ogni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variazione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rilevante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della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situazione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familiare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economica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assistenziale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.</w:t>
      </w:r>
    </w:p>
    <w:p w14:paraId="6D3AB0BF" w14:textId="77777777" w:rsidR="00105E6C" w:rsidRPr="00246D6B" w:rsidRDefault="0073467E" w:rsidP="00246D6B">
      <w:pPr>
        <w:spacing w:before="14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>CONDIZIONE DI AUTONOMIA / DISABILITÀ</w:t>
      </w:r>
    </w:p>
    <w:p w14:paraId="7F9B8A31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invalidità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100% con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indennità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accompagnamento</w:t>
      </w:r>
      <w:proofErr w:type="spellEnd"/>
    </w:p>
    <w:p w14:paraId="0D116EEB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handicap in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situazione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gravità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ex art. 3, comma 3, L. 104/1992</w:t>
      </w:r>
    </w:p>
    <w:p w14:paraId="70D8DD3F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invalidità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civile dal 74% al 100%</w:t>
      </w:r>
    </w:p>
    <w:p w14:paraId="4AACBCB6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>□ handicap ex art. 3, comma 1, L. 104/1992</w:t>
      </w:r>
    </w:p>
    <w:p w14:paraId="5FD071A6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ridotta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autonomia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rilevante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documentata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o da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accertare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sede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valutazione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sociale</w:t>
      </w:r>
      <w:proofErr w:type="spellEnd"/>
    </w:p>
    <w:p w14:paraId="5AA4DDD8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nessuna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delle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certificazioni</w:t>
      </w:r>
      <w:proofErr w:type="spellEnd"/>
    </w:p>
    <w:p w14:paraId="01DFA0EE" w14:textId="77777777" w:rsidR="00105E6C" w:rsidRPr="00246D6B" w:rsidRDefault="0073467E" w:rsidP="00246D6B">
      <w:pPr>
        <w:spacing w:before="14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>CONDIZIONE FAMILIARE E RETE DI SUPPORTO</w:t>
      </w:r>
    </w:p>
    <w:p w14:paraId="7B2D8ECB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vive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solo/a, senza rete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familiare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concretamente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disponibile</w:t>
      </w:r>
      <w:proofErr w:type="spellEnd"/>
    </w:p>
    <w:p w14:paraId="1DCBF4C4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convive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esclusivamente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con persona non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autosufficiente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gravemente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fragile</w:t>
      </w:r>
    </w:p>
    <w:p w14:paraId="3479C6B7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vive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solo/a con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familiari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stabilmente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residenti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fuori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provincia</w:t>
      </w:r>
      <w:proofErr w:type="spellEnd"/>
    </w:p>
    <w:p w14:paraId="3EC92735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vive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solo/a con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familiari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residenti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fuori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Comune e non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concretamente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disponibili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alla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cura</w:t>
      </w:r>
      <w:proofErr w:type="spellEnd"/>
    </w:p>
    <w:p w14:paraId="45F1F618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convive con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coniuge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autosufficiente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ma con rete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sostegno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esterna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insufficiente</w:t>
      </w:r>
      <w:proofErr w:type="spellEnd"/>
    </w:p>
    <w:p w14:paraId="6E7AC863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vive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solo/a con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familiari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residenti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nel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Comune ma con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limitata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capacità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supporto</w:t>
      </w:r>
      <w:proofErr w:type="spellEnd"/>
    </w:p>
    <w:p w14:paraId="77667DB7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convive con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familiari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autosufficienti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assicurano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supporto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parziale</w:t>
      </w:r>
      <w:proofErr w:type="spellEnd"/>
    </w:p>
    <w:p w14:paraId="31F1CA25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convive con rete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familiare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adeguata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stabilmente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disponibile</w:t>
      </w:r>
      <w:proofErr w:type="spellEnd"/>
    </w:p>
    <w:p w14:paraId="23E4C03D" w14:textId="77777777" w:rsidR="00105E6C" w:rsidRPr="00246D6B" w:rsidRDefault="0073467E" w:rsidP="00246D6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Note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sulla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rete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familiare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</w:t>
      </w:r>
    </w:p>
    <w:p w14:paraId="19AFB2FD" w14:textId="77777777" w:rsidR="00105E6C" w:rsidRPr="00246D6B" w:rsidRDefault="0073467E" w:rsidP="00246D6B">
      <w:pPr>
        <w:spacing w:before="14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>BISOGNI DOMICILIARI SEGNALATI</w:t>
      </w:r>
    </w:p>
    <w:p w14:paraId="04724AB0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cura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igiene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non sanitaria</w:t>
      </w:r>
    </w:p>
    <w:p w14:paraId="2FA7ECF3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alzata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messa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letto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vestizione</w:t>
      </w:r>
      <w:proofErr w:type="spellEnd"/>
    </w:p>
    <w:p w14:paraId="5839E3CB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preparazione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e/o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assunzione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pasti</w:t>
      </w:r>
      <w:proofErr w:type="spellEnd"/>
    </w:p>
    <w:p w14:paraId="3FE4C175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lastRenderedPageBreak/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mobilità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deambulazione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uso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ordinario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ausili</w:t>
      </w:r>
      <w:proofErr w:type="spellEnd"/>
    </w:p>
    <w:p w14:paraId="45DE6FC2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attività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quotidiane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mantenimento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delle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autonomie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residue</w:t>
      </w:r>
    </w:p>
    <w:p w14:paraId="01723F8B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governo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essenziale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dell’alloggio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biancheria</w:t>
      </w:r>
      <w:proofErr w:type="spellEnd"/>
    </w:p>
    <w:p w14:paraId="16FC77B6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acquisto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beni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prima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necessità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piccole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commissioni</w:t>
      </w:r>
      <w:proofErr w:type="spellEnd"/>
    </w:p>
    <w:p w14:paraId="6E894E24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accompagnamento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essenziale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previsto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dal PAI</w:t>
      </w:r>
    </w:p>
    <w:p w14:paraId="2487BC4B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compagnia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sostegno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relazionale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domicilio</w:t>
      </w:r>
      <w:proofErr w:type="spellEnd"/>
    </w:p>
    <w:p w14:paraId="064F5933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supporto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sollievo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alla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famiglia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o caregiver</w:t>
      </w:r>
    </w:p>
    <w:p w14:paraId="2D1DA5BD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La presente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indicazione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ha carattere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informativo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. Le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prestazioni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effettivamente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erogabili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il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relativo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monte ore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sono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definiti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esclusivamente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dal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Servizio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Professionale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nel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PAI.</w:t>
      </w:r>
    </w:p>
    <w:p w14:paraId="656BFD94" w14:textId="77777777" w:rsidR="00105E6C" w:rsidRPr="00246D6B" w:rsidRDefault="0073467E" w:rsidP="00246D6B">
      <w:pPr>
        <w:spacing w:before="14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>DOCUMENTAZIONE ALLEGATA</w:t>
      </w:r>
    </w:p>
    <w:p w14:paraId="7AEC0043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documento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identità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richiedente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e, se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diverso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del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beneficiario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;</w:t>
      </w:r>
    </w:p>
    <w:p w14:paraId="4AD300F3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documentazione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attestante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titolarità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dell’Assegno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Inclusione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;</w:t>
      </w:r>
    </w:p>
    <w:p w14:paraId="1BD858CD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attestazione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ISEE in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corso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validità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superiore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 euro 10.140,00, per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beneficiari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AdI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;</w:t>
      </w:r>
    </w:p>
    <w:p w14:paraId="55D360E0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eventuale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verbale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invalidità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civile;</w:t>
      </w:r>
    </w:p>
    <w:p w14:paraId="29385841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eventuale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verbale L. 104/1992;</w:t>
      </w:r>
    </w:p>
    <w:p w14:paraId="719E7826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eventuale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documentazione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utile alla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valutazione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socio-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assistenziale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;</w:t>
      </w:r>
    </w:p>
    <w:p w14:paraId="67742F08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eventuale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provvedimento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nomina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tutore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amministratore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sostegno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delega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.</w:t>
      </w:r>
    </w:p>
    <w:p w14:paraId="1AFA8E19" w14:textId="77777777" w:rsidR="00246D6B" w:rsidRDefault="00246D6B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3D2F07" w14:textId="52DD9DC6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/a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dichiara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aver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preso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visione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dell’informativa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sul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trattamento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dati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personali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prende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atto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dati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saranno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trattati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per le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finalità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istituzionali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connesse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procedimento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ai sensi del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Regolamento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(UE) 2016/679 e del D.Lgs. 196/2003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s.m.i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.</w:t>
      </w:r>
    </w:p>
    <w:p w14:paraId="194219AE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Luogo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data __________________________    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Firma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14:paraId="17DFDEB0" w14:textId="77777777" w:rsidR="00105E6C" w:rsidRPr="00246D6B" w:rsidRDefault="0073467E" w:rsidP="00246D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Normal"/>
        <w:tblW w:w="0" w:type="auto"/>
        <w:tblInd w:w="1387" w:type="dxa"/>
        <w:tblLayout w:type="fixed"/>
        <w:tblLook w:val="01E0" w:firstRow="1" w:lastRow="1" w:firstColumn="1" w:lastColumn="1" w:noHBand="0" w:noVBand="0"/>
      </w:tblPr>
      <w:tblGrid>
        <w:gridCol w:w="7118"/>
      </w:tblGrid>
      <w:tr w:rsidR="00246D6B" w:rsidRPr="00246D6B" w14:paraId="66F4505A" w14:textId="77777777" w:rsidTr="005E301D">
        <w:trPr>
          <w:trHeight w:val="1125"/>
        </w:trPr>
        <w:tc>
          <w:tcPr>
            <w:tcW w:w="7118" w:type="dxa"/>
          </w:tcPr>
          <w:p w14:paraId="1D1A4B3C" w14:textId="77777777" w:rsidR="00246D6B" w:rsidRPr="00246D6B" w:rsidRDefault="00246D6B" w:rsidP="00246D6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705185" w14:textId="7C2D6F47" w:rsidR="00246D6B" w:rsidRPr="00246D6B" w:rsidRDefault="00246D6B" w:rsidP="008925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D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AMBITO TERRITORIALE SOCIALE DI </w:t>
            </w:r>
            <w:r w:rsidR="008925E2">
              <w:rPr>
                <w:rFonts w:ascii="Times New Roman" w:hAnsi="Times New Roman" w:cs="Times New Roman"/>
                <w:b/>
                <w:sz w:val="24"/>
                <w:szCs w:val="24"/>
              </w:rPr>
              <w:t>MONTALTO UFFUGO</w:t>
            </w:r>
          </w:p>
        </w:tc>
      </w:tr>
      <w:tr w:rsidR="00246D6B" w:rsidRPr="00246D6B" w14:paraId="4580F797" w14:textId="77777777" w:rsidTr="005E301D">
        <w:trPr>
          <w:trHeight w:val="533"/>
        </w:trPr>
        <w:tc>
          <w:tcPr>
            <w:tcW w:w="7118" w:type="dxa"/>
          </w:tcPr>
          <w:p w14:paraId="45BB8242" w14:textId="77777777" w:rsidR="00246D6B" w:rsidRPr="00246D6B" w:rsidRDefault="00246D6B" w:rsidP="00246D6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D6B">
              <w:rPr>
                <w:rFonts w:ascii="Times New Roman" w:hAnsi="Times New Roman" w:cs="Times New Roman"/>
                <w:b/>
                <w:sz w:val="24"/>
                <w:szCs w:val="24"/>
              </w:rPr>
              <w:t>UFFICIO DI PIANO</w:t>
            </w:r>
          </w:p>
        </w:tc>
      </w:tr>
    </w:tbl>
    <w:p w14:paraId="6D1985AF" w14:textId="77777777" w:rsidR="00105E6C" w:rsidRDefault="0073467E">
      <w:pPr>
        <w:jc w:val="center"/>
      </w:pPr>
      <w:r>
        <w:rPr>
          <w:b/>
          <w:sz w:val="24"/>
        </w:rPr>
        <w:t>SCELTA DELL’ENTE ACCREDITATO PER L’EROGAZIONE DEL SAD</w:t>
      </w:r>
    </w:p>
    <w:p w14:paraId="2ACDDE8B" w14:textId="77777777" w:rsidR="00246D6B" w:rsidRDefault="00246D6B"/>
    <w:p w14:paraId="072A8E28" w14:textId="6440F397" w:rsidR="00105E6C" w:rsidRPr="00246D6B" w:rsidRDefault="0073467E" w:rsidP="00246D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/a __________________________________________,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beneficiario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/a del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servizio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ovvero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qualità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__________________________ del/della Sig./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Sig.ra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__________________________________________,</w:t>
      </w:r>
    </w:p>
    <w:p w14:paraId="069C373A" w14:textId="77777777" w:rsidR="00105E6C" w:rsidRPr="00246D6B" w:rsidRDefault="0073467E" w:rsidP="008101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b/>
          <w:sz w:val="24"/>
          <w:szCs w:val="24"/>
        </w:rPr>
        <w:t>SCEGLIE</w:t>
      </w:r>
    </w:p>
    <w:p w14:paraId="31FF635E" w14:textId="1C0997EE" w:rsidR="00105E6C" w:rsidRPr="00246D6B" w:rsidRDefault="0073467E" w:rsidP="008101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quale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soggetto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erogatore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Servizio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Assistenza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Domiciliare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Socio-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Assistenziale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gli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enti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iscritti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nell’Albo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vigente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dell’ATS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di </w:t>
      </w:r>
      <w:r w:rsidR="00453883">
        <w:rPr>
          <w:rFonts w:ascii="Times New Roman" w:hAnsi="Times New Roman" w:cs="Times New Roman"/>
          <w:sz w:val="24"/>
          <w:szCs w:val="24"/>
        </w:rPr>
        <w:t xml:space="preserve">Montalto </w:t>
      </w:r>
      <w:proofErr w:type="spellStart"/>
      <w:r w:rsidR="00453883">
        <w:rPr>
          <w:rFonts w:ascii="Times New Roman" w:hAnsi="Times New Roman" w:cs="Times New Roman"/>
          <w:sz w:val="24"/>
          <w:szCs w:val="24"/>
        </w:rPr>
        <w:t>Uffugo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:</w:t>
      </w:r>
    </w:p>
    <w:p w14:paraId="6A590CBE" w14:textId="77777777" w:rsidR="00810180" w:rsidRPr="00810180" w:rsidRDefault="00810180" w:rsidP="00810180">
      <w:pPr>
        <w:pStyle w:val="Default"/>
        <w:numPr>
          <w:ilvl w:val="0"/>
          <w:numId w:val="10"/>
        </w:numPr>
        <w:spacing w:after="68"/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proofErr w:type="spellStart"/>
      <w:r w:rsidRPr="00810180">
        <w:rPr>
          <w:rFonts w:ascii="Times New Roman" w:hAnsi="Times New Roman" w:cs="Times New Roman"/>
          <w:b/>
          <w:bCs/>
        </w:rPr>
        <w:t>Adiss</w:t>
      </w:r>
      <w:proofErr w:type="spellEnd"/>
      <w:r w:rsidRPr="00810180">
        <w:rPr>
          <w:rFonts w:ascii="Times New Roman" w:hAnsi="Times New Roman" w:cs="Times New Roman"/>
          <w:b/>
          <w:bCs/>
        </w:rPr>
        <w:t xml:space="preserve"> Multi service- Società Cooperativa</w:t>
      </w:r>
      <w:r w:rsidRPr="00810180">
        <w:rPr>
          <w:rFonts w:ascii="Times New Roman" w:hAnsi="Times New Roman" w:cs="Times New Roman"/>
          <w:b/>
          <w:bCs/>
          <w:sz w:val="22"/>
          <w:szCs w:val="28"/>
        </w:rPr>
        <w:t xml:space="preserve"> </w:t>
      </w:r>
    </w:p>
    <w:p w14:paraId="754AC15E" w14:textId="77777777" w:rsidR="00810180" w:rsidRPr="00810180" w:rsidRDefault="00810180" w:rsidP="00810180">
      <w:pPr>
        <w:pStyle w:val="Default"/>
        <w:numPr>
          <w:ilvl w:val="0"/>
          <w:numId w:val="10"/>
        </w:numPr>
        <w:spacing w:after="68"/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r w:rsidRPr="00810180">
        <w:rPr>
          <w:rFonts w:ascii="Times New Roman" w:hAnsi="Times New Roman" w:cs="Times New Roman"/>
          <w:b/>
          <w:bCs/>
        </w:rPr>
        <w:t>Lumen Cooperativa A.R.L.</w:t>
      </w:r>
    </w:p>
    <w:p w14:paraId="4FE92603" w14:textId="77777777" w:rsidR="00810180" w:rsidRPr="00810180" w:rsidRDefault="00810180" w:rsidP="00810180">
      <w:pPr>
        <w:pStyle w:val="Default"/>
        <w:numPr>
          <w:ilvl w:val="0"/>
          <w:numId w:val="10"/>
        </w:numPr>
        <w:spacing w:after="68"/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r w:rsidRPr="00810180">
        <w:rPr>
          <w:rFonts w:ascii="Times New Roman" w:hAnsi="Times New Roman" w:cs="Times New Roman"/>
          <w:b/>
          <w:bCs/>
        </w:rPr>
        <w:t>V.P.B. Società cooperativa sociale</w:t>
      </w:r>
    </w:p>
    <w:p w14:paraId="3E642C76" w14:textId="77777777" w:rsidR="00810180" w:rsidRPr="00810180" w:rsidRDefault="00810180" w:rsidP="00810180">
      <w:pPr>
        <w:pStyle w:val="Default"/>
        <w:numPr>
          <w:ilvl w:val="0"/>
          <w:numId w:val="10"/>
        </w:numPr>
        <w:spacing w:after="68"/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r w:rsidRPr="00810180">
        <w:rPr>
          <w:rFonts w:ascii="Times New Roman" w:hAnsi="Times New Roman" w:cs="Times New Roman"/>
          <w:b/>
          <w:bCs/>
        </w:rPr>
        <w:t>Aquilone Cooperativa Sociale</w:t>
      </w:r>
    </w:p>
    <w:p w14:paraId="240A8FDF" w14:textId="77777777" w:rsidR="00810180" w:rsidRPr="00810180" w:rsidRDefault="00810180" w:rsidP="00810180">
      <w:pPr>
        <w:pStyle w:val="Default"/>
        <w:numPr>
          <w:ilvl w:val="0"/>
          <w:numId w:val="10"/>
        </w:numPr>
        <w:spacing w:after="68"/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proofErr w:type="spellStart"/>
      <w:r w:rsidRPr="00810180">
        <w:rPr>
          <w:rFonts w:ascii="Times New Roman" w:hAnsi="Times New Roman" w:cs="Times New Roman"/>
          <w:b/>
          <w:bCs/>
        </w:rPr>
        <w:t>Leib</w:t>
      </w:r>
      <w:proofErr w:type="spellEnd"/>
      <w:r w:rsidRPr="008101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10180">
        <w:rPr>
          <w:rFonts w:ascii="Times New Roman" w:hAnsi="Times New Roman" w:cs="Times New Roman"/>
          <w:b/>
          <w:bCs/>
        </w:rPr>
        <w:t>Societa’</w:t>
      </w:r>
      <w:proofErr w:type="spellEnd"/>
      <w:r w:rsidRPr="00810180">
        <w:rPr>
          <w:rFonts w:ascii="Times New Roman" w:hAnsi="Times New Roman" w:cs="Times New Roman"/>
          <w:b/>
          <w:bCs/>
        </w:rPr>
        <w:t xml:space="preserve"> Cooperativa</w:t>
      </w:r>
    </w:p>
    <w:p w14:paraId="443E3228" w14:textId="77777777" w:rsidR="00810180" w:rsidRPr="00810180" w:rsidRDefault="00810180" w:rsidP="00810180">
      <w:pPr>
        <w:pStyle w:val="Default"/>
        <w:numPr>
          <w:ilvl w:val="0"/>
          <w:numId w:val="10"/>
        </w:numPr>
        <w:spacing w:after="68"/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r w:rsidRPr="00810180">
        <w:rPr>
          <w:rFonts w:ascii="Times New Roman" w:hAnsi="Times New Roman" w:cs="Times New Roman"/>
          <w:b/>
          <w:bCs/>
        </w:rPr>
        <w:t>F.A.I. Società Cooperativa Sociale</w:t>
      </w:r>
    </w:p>
    <w:p w14:paraId="211701B3" w14:textId="77777777" w:rsidR="00810180" w:rsidRPr="00810180" w:rsidRDefault="00810180" w:rsidP="00810180">
      <w:pPr>
        <w:pStyle w:val="Default"/>
        <w:numPr>
          <w:ilvl w:val="0"/>
          <w:numId w:val="10"/>
        </w:numPr>
        <w:spacing w:after="68"/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r w:rsidRPr="00810180">
        <w:rPr>
          <w:rFonts w:ascii="Times New Roman" w:hAnsi="Times New Roman" w:cs="Times New Roman"/>
          <w:b/>
          <w:bCs/>
        </w:rPr>
        <w:t>Futura cooperativa sociale</w:t>
      </w:r>
    </w:p>
    <w:p w14:paraId="0AA8E95A" w14:textId="77777777" w:rsidR="00810180" w:rsidRPr="00810180" w:rsidRDefault="00810180" w:rsidP="00810180">
      <w:pPr>
        <w:pStyle w:val="Default"/>
        <w:numPr>
          <w:ilvl w:val="0"/>
          <w:numId w:val="10"/>
        </w:numPr>
        <w:spacing w:after="68"/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proofErr w:type="spellStart"/>
      <w:r w:rsidRPr="00810180">
        <w:rPr>
          <w:rFonts w:ascii="Times New Roman" w:hAnsi="Times New Roman" w:cs="Times New Roman"/>
          <w:b/>
          <w:bCs/>
        </w:rPr>
        <w:t>Vibosalus</w:t>
      </w:r>
      <w:proofErr w:type="spellEnd"/>
      <w:r w:rsidRPr="00810180">
        <w:rPr>
          <w:rFonts w:ascii="Times New Roman" w:hAnsi="Times New Roman" w:cs="Times New Roman"/>
          <w:b/>
          <w:bCs/>
        </w:rPr>
        <w:t xml:space="preserve"> cooperativa sociale</w:t>
      </w:r>
      <w:r w:rsidRPr="00810180">
        <w:rPr>
          <w:rFonts w:ascii="Times New Roman" w:hAnsi="Times New Roman" w:cs="Times New Roman"/>
          <w:b/>
          <w:bCs/>
          <w:sz w:val="22"/>
          <w:szCs w:val="28"/>
        </w:rPr>
        <w:t xml:space="preserve"> </w:t>
      </w:r>
    </w:p>
    <w:p w14:paraId="0D0CD373" w14:textId="77777777" w:rsidR="00810180" w:rsidRPr="00810180" w:rsidRDefault="00810180" w:rsidP="00810180">
      <w:pPr>
        <w:pStyle w:val="Default"/>
        <w:numPr>
          <w:ilvl w:val="0"/>
          <w:numId w:val="10"/>
        </w:numPr>
        <w:spacing w:after="68"/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proofErr w:type="spellStart"/>
      <w:r w:rsidRPr="00810180">
        <w:rPr>
          <w:rFonts w:ascii="Times New Roman" w:hAnsi="Times New Roman" w:cs="Times New Roman"/>
          <w:b/>
          <w:bCs/>
        </w:rPr>
        <w:t>Siryo</w:t>
      </w:r>
      <w:proofErr w:type="spellEnd"/>
      <w:r w:rsidRPr="00810180">
        <w:rPr>
          <w:rFonts w:ascii="Times New Roman" w:hAnsi="Times New Roman" w:cs="Times New Roman"/>
          <w:b/>
          <w:bCs/>
        </w:rPr>
        <w:t xml:space="preserve"> Cooperativa Sociale</w:t>
      </w:r>
    </w:p>
    <w:p w14:paraId="4018ADA2" w14:textId="77777777" w:rsidR="00810180" w:rsidRPr="00810180" w:rsidRDefault="00810180" w:rsidP="00810180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proofErr w:type="spellStart"/>
      <w:r w:rsidRPr="00810180">
        <w:rPr>
          <w:rFonts w:ascii="Times New Roman" w:hAnsi="Times New Roman" w:cs="Times New Roman"/>
          <w:b/>
          <w:bCs/>
        </w:rPr>
        <w:t>Socialnet</w:t>
      </w:r>
      <w:proofErr w:type="spellEnd"/>
      <w:r w:rsidRPr="00810180">
        <w:rPr>
          <w:rFonts w:ascii="Times New Roman" w:hAnsi="Times New Roman" w:cs="Times New Roman"/>
          <w:b/>
          <w:bCs/>
        </w:rPr>
        <w:t xml:space="preserve"> Cooperativa Sociale</w:t>
      </w:r>
    </w:p>
    <w:p w14:paraId="5E635789" w14:textId="77777777" w:rsidR="00E91C63" w:rsidRPr="00E91C63" w:rsidRDefault="00810180" w:rsidP="00E91C63">
      <w:pPr>
        <w:pStyle w:val="Default"/>
        <w:numPr>
          <w:ilvl w:val="0"/>
          <w:numId w:val="10"/>
        </w:numPr>
        <w:jc w:val="both"/>
        <w:rPr>
          <w:rFonts w:cs="Arial"/>
          <w:sz w:val="22"/>
        </w:rPr>
      </w:pPr>
      <w:r w:rsidRPr="00E91C63">
        <w:rPr>
          <w:rFonts w:ascii="Times New Roman" w:hAnsi="Times New Roman" w:cs="Times New Roman"/>
          <w:b/>
          <w:bCs/>
        </w:rPr>
        <w:t>Sinergie Cooperativa Sociale</w:t>
      </w:r>
    </w:p>
    <w:p w14:paraId="6D39632A" w14:textId="6FDBC078" w:rsidR="00E91C63" w:rsidRPr="00E91C63" w:rsidRDefault="00E91C63" w:rsidP="00E91C63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r w:rsidRPr="00E91C63">
        <w:rPr>
          <w:rFonts w:cs="Arial"/>
          <w:b/>
          <w:bCs/>
          <w:sz w:val="22"/>
        </w:rPr>
        <w:t xml:space="preserve">San Biagio Società Cooperativa Sociale Onlus </w:t>
      </w:r>
    </w:p>
    <w:p w14:paraId="1DE6C165" w14:textId="352E0FFD" w:rsidR="0073467E" w:rsidRPr="00810180" w:rsidRDefault="0073467E" w:rsidP="00810180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</w:rPr>
        <w:t xml:space="preserve">Con Paola </w:t>
      </w:r>
      <w:proofErr w:type="spellStart"/>
      <w:r>
        <w:rPr>
          <w:rFonts w:ascii="Times New Roman" w:hAnsi="Times New Roman" w:cs="Times New Roman"/>
          <w:b/>
          <w:bCs/>
        </w:rPr>
        <w:t>ets</w:t>
      </w:r>
      <w:proofErr w:type="spellEnd"/>
    </w:p>
    <w:p w14:paraId="444364CB" w14:textId="77777777" w:rsidR="00105E6C" w:rsidRPr="00246D6B" w:rsidRDefault="0073467E" w:rsidP="00246D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scelta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è libera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diviene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efficace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seguito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dell’ammissione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servizio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dell’approvazione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del PAI. Il voucher è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nominativo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, non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trasferibile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non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monetizzabile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può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utilizzato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esclusivamente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per le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prestazioni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SAD e il monte ore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autorizzati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>.</w:t>
      </w:r>
    </w:p>
    <w:p w14:paraId="687EAAF7" w14:textId="77777777" w:rsidR="00105E6C" w:rsidRPr="00246D6B" w:rsidRDefault="0073467E" w:rsidP="00246D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D6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Luogo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e data __________________________     </w:t>
      </w:r>
      <w:proofErr w:type="spellStart"/>
      <w:r w:rsidRPr="00246D6B">
        <w:rPr>
          <w:rFonts w:ascii="Times New Roman" w:hAnsi="Times New Roman" w:cs="Times New Roman"/>
          <w:sz w:val="24"/>
          <w:szCs w:val="24"/>
        </w:rPr>
        <w:t>Firma</w:t>
      </w:r>
      <w:proofErr w:type="spellEnd"/>
      <w:r w:rsidRPr="00246D6B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sectPr w:rsidR="00105E6C" w:rsidRPr="00246D6B" w:rsidSect="00034616">
      <w:headerReference w:type="default" r:id="rId8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26FE05" w14:textId="77777777" w:rsidR="00E243F5" w:rsidRDefault="00E243F5" w:rsidP="00246D6B">
      <w:pPr>
        <w:spacing w:after="0" w:line="240" w:lineRule="auto"/>
      </w:pPr>
      <w:r>
        <w:separator/>
      </w:r>
    </w:p>
  </w:endnote>
  <w:endnote w:type="continuationSeparator" w:id="0">
    <w:p w14:paraId="64B96F9F" w14:textId="77777777" w:rsidR="00E243F5" w:rsidRDefault="00E243F5" w:rsidP="00246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169404" w14:textId="77777777" w:rsidR="00E243F5" w:rsidRDefault="00E243F5" w:rsidP="00246D6B">
      <w:pPr>
        <w:spacing w:after="0" w:line="240" w:lineRule="auto"/>
      </w:pPr>
      <w:r>
        <w:separator/>
      </w:r>
    </w:p>
  </w:footnote>
  <w:footnote w:type="continuationSeparator" w:id="0">
    <w:p w14:paraId="0DEABD4E" w14:textId="77777777" w:rsidR="00E243F5" w:rsidRDefault="00E243F5" w:rsidP="00246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9497" w:type="dxa"/>
      <w:jc w:val="center"/>
      <w:tblLook w:val="04A0" w:firstRow="1" w:lastRow="0" w:firstColumn="1" w:lastColumn="0" w:noHBand="0" w:noVBand="1"/>
    </w:tblPr>
    <w:tblGrid>
      <w:gridCol w:w="3200"/>
      <w:gridCol w:w="3003"/>
      <w:gridCol w:w="3294"/>
    </w:tblGrid>
    <w:tr w:rsidR="00246D6B" w:rsidRPr="00246D6B" w14:paraId="14627905" w14:textId="77777777" w:rsidTr="005E301D">
      <w:trPr>
        <w:trHeight w:val="2053"/>
        <w:jc w:val="center"/>
      </w:trPr>
      <w:tc>
        <w:tcPr>
          <w:tcW w:w="3200" w:type="dxa"/>
          <w:vAlign w:val="center"/>
        </w:tcPr>
        <w:p w14:paraId="068EF407" w14:textId="77777777" w:rsidR="00246D6B" w:rsidRPr="00246D6B" w:rsidRDefault="00246D6B" w:rsidP="00246D6B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Times New Roman" w:hAnsi="Times New Roman" w:cs="Times New Roman"/>
            </w:rPr>
          </w:pPr>
          <w:r w:rsidRPr="00246D6B">
            <w:rPr>
              <w:rFonts w:ascii="Times New Roman" w:hAnsi="Times New Roman" w:cs="Times New Roman"/>
              <w:noProof/>
            </w:rPr>
            <w:drawing>
              <wp:inline distT="0" distB="0" distL="0" distR="0" wp14:anchorId="20C96A51" wp14:editId="6A00736D">
                <wp:extent cx="933450" cy="933450"/>
                <wp:effectExtent l="0" t="0" r="0" b="0"/>
                <wp:docPr id="25" name="Immagin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3" w:type="dxa"/>
          <w:vAlign w:val="center"/>
        </w:tcPr>
        <w:p w14:paraId="35345F13" w14:textId="77777777" w:rsidR="00246D6B" w:rsidRPr="00246D6B" w:rsidRDefault="00246D6B" w:rsidP="00246D6B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Times New Roman" w:hAnsi="Times New Roman" w:cs="Times New Roman"/>
            </w:rPr>
          </w:pPr>
          <w:r w:rsidRPr="00246D6B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59264" behindDoc="0" locked="0" layoutInCell="1" allowOverlap="1" wp14:anchorId="2E58F9CF" wp14:editId="2674528B">
                <wp:simplePos x="0" y="0"/>
                <wp:positionH relativeFrom="column">
                  <wp:posOffset>37465</wp:posOffset>
                </wp:positionH>
                <wp:positionV relativeFrom="paragraph">
                  <wp:posOffset>-8890</wp:posOffset>
                </wp:positionV>
                <wp:extent cx="1279525" cy="831850"/>
                <wp:effectExtent l="0" t="0" r="0" b="0"/>
                <wp:wrapNone/>
                <wp:docPr id="12" name="Immagine 11" descr="Immagine che contiene testo, Carattere, logo, simbolo&#10;&#10;Il contenuto generato dall'IA potrebbe non essere corret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A1B9DA06-6899-618A-7AD1-5DD67A0D9E9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11" descr="Immagine che contiene testo, Carattere, logo, simbolo&#10;&#10;Il contenuto generato dall'IA potrebbe non essere corretto.">
                          <a:extLst>
                            <a:ext uri="{FF2B5EF4-FFF2-40B4-BE49-F238E27FC236}">
                              <a16:creationId xmlns:a16="http://schemas.microsoft.com/office/drawing/2014/main" id="{A1B9DA06-6899-618A-7AD1-5DD67A0D9E9C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9525" cy="831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94" w:type="dxa"/>
          <w:vAlign w:val="center"/>
        </w:tcPr>
        <w:p w14:paraId="35302E06" w14:textId="77777777" w:rsidR="00246D6B" w:rsidRPr="00246D6B" w:rsidRDefault="00246D6B" w:rsidP="00246D6B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Times New Roman" w:hAnsi="Times New Roman" w:cs="Times New Roman"/>
            </w:rPr>
          </w:pPr>
          <w:r w:rsidRPr="00246D6B">
            <w:rPr>
              <w:rFonts w:ascii="Times New Roman" w:hAnsi="Times New Roman" w:cs="Times New Roman"/>
              <w:noProof/>
            </w:rPr>
            <w:drawing>
              <wp:inline distT="0" distB="0" distL="0" distR="0" wp14:anchorId="578F57E4" wp14:editId="312BA4EA">
                <wp:extent cx="892810" cy="1073150"/>
                <wp:effectExtent l="0" t="0" r="2540" b="0"/>
                <wp:docPr id="1158" name="Immagine 1" descr="Risultati immagini per logo acri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29DADA-0500-A1AA-F3EE-C137F78E076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8" name="Immagine 1" descr="Risultati immagini per logo acri">
                          <a:extLst>
                            <a:ext uri="{FF2B5EF4-FFF2-40B4-BE49-F238E27FC236}">
                              <a16:creationId xmlns:a16="http://schemas.microsoft.com/office/drawing/2014/main" id="{F929DADA-0500-A1AA-F3EE-C137F78E076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2810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145BAB" w14:textId="77777777" w:rsidR="00246D6B" w:rsidRDefault="00246D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5B858F6"/>
    <w:multiLevelType w:val="hybridMultilevel"/>
    <w:tmpl w:val="376E0278"/>
    <w:lvl w:ilvl="0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5268097">
    <w:abstractNumId w:val="8"/>
  </w:num>
  <w:num w:numId="2" w16cid:durableId="1590655591">
    <w:abstractNumId w:val="6"/>
  </w:num>
  <w:num w:numId="3" w16cid:durableId="958531611">
    <w:abstractNumId w:val="5"/>
  </w:num>
  <w:num w:numId="4" w16cid:durableId="703016216">
    <w:abstractNumId w:val="4"/>
  </w:num>
  <w:num w:numId="5" w16cid:durableId="1573465145">
    <w:abstractNumId w:val="7"/>
  </w:num>
  <w:num w:numId="6" w16cid:durableId="1357347336">
    <w:abstractNumId w:val="3"/>
  </w:num>
  <w:num w:numId="7" w16cid:durableId="545677693">
    <w:abstractNumId w:val="2"/>
  </w:num>
  <w:num w:numId="8" w16cid:durableId="1325550442">
    <w:abstractNumId w:val="1"/>
  </w:num>
  <w:num w:numId="9" w16cid:durableId="1849321714">
    <w:abstractNumId w:val="0"/>
  </w:num>
  <w:num w:numId="10" w16cid:durableId="1987370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5E6C"/>
    <w:rsid w:val="0015074B"/>
    <w:rsid w:val="001F1875"/>
    <w:rsid w:val="00233F29"/>
    <w:rsid w:val="00246D6B"/>
    <w:rsid w:val="00266DFB"/>
    <w:rsid w:val="0029639D"/>
    <w:rsid w:val="00326F90"/>
    <w:rsid w:val="00453883"/>
    <w:rsid w:val="00460FDA"/>
    <w:rsid w:val="0073467E"/>
    <w:rsid w:val="0079703C"/>
    <w:rsid w:val="00810180"/>
    <w:rsid w:val="008925E2"/>
    <w:rsid w:val="00AA1D8D"/>
    <w:rsid w:val="00B47730"/>
    <w:rsid w:val="00BC2446"/>
    <w:rsid w:val="00BC53B6"/>
    <w:rsid w:val="00CB0664"/>
    <w:rsid w:val="00D96BE6"/>
    <w:rsid w:val="00DD083A"/>
    <w:rsid w:val="00E243F5"/>
    <w:rsid w:val="00E91C63"/>
    <w:rsid w:val="00EB69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B60BE1"/>
  <w14:defaultImageDpi w14:val="300"/>
  <w15:docId w15:val="{68745390-99A6-4F70-847D-881DDF7F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246D6B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10180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9</cp:revision>
  <dcterms:created xsi:type="dcterms:W3CDTF">2026-09-26T13:55:00Z</dcterms:created>
  <dcterms:modified xsi:type="dcterms:W3CDTF">2026-10-15T08:43:00Z</dcterms:modified>
  <cp:category/>
</cp:coreProperties>
</file>